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left"/>
      </w:pPr>
      <w:r>
        <w:rPr>
          <w:rFonts w:ascii="Arial" w:hAnsi="Arial" w:eastAsia="Arial"/>
          <w:b/>
          <w:i w:val="0"/>
          <w:color w:val="667B68"/>
          <w:sz w:val="38"/>
        </w:rPr>
        <w:t>Заявление об оказании благотворительной помощи</w:t>
      </w:r>
    </w:p>
    <w:p>
      <w:pPr>
        <w:spacing w:after="200"/>
      </w:pPr>
      <w:r>
        <w:rPr>
          <w:rFonts w:ascii="Arial" w:hAnsi="Arial" w:eastAsia="Arial"/>
          <w:b w:val="0"/>
          <w:i w:val="0"/>
          <w:color w:val="68706A"/>
          <w:sz w:val="20"/>
        </w:rPr>
        <w:t>Шаблон для родителя или иного законного представителя ребёнка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1E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</w:tcBorders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B8755B"/>
                <w:sz w:val="20"/>
              </w:rPr>
              <w:t xml:space="preserve">Как заполнить. </w:t>
            </w:r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Нужны только сведения, которые помогают понять просьбу и связаться с вами. Медицинские документы прикладывайте только в части, относящейся к обращению.</w:t>
            </w:r>
          </w:p>
        </w:tc>
      </w:tr>
    </w:tbl>
    <w:p>
      <w:pPr>
        <w:spacing w:after="0"/>
      </w:pPr>
    </w:p>
    <w:p>
      <w:pPr>
        <w:pStyle w:val="Heading1"/>
      </w:pPr>
      <w:r>
        <w:t>1. Заявитель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Фамилия, имя, отчество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____________________________________________</w:t>
            </w:r>
          </w:p>
        </w:tc>
      </w:tr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Кем вы приходитесь ребёнку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☐ мать   ☐ отец   ☐ опекун/попечитель   ☐ иной законный представитель: __________</w:t>
            </w:r>
          </w:p>
        </w:tc>
      </w:tr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Телефон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____________________________________________</w:t>
            </w:r>
          </w:p>
        </w:tc>
      </w:tr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E-mail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____________________________________________</w:t>
            </w:r>
          </w:p>
        </w:tc>
      </w:tr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Город / регион проживания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____________________________________________</w:t>
            </w:r>
          </w:p>
        </w:tc>
      </w:tr>
    </w:tbl>
    <w:p>
      <w:pPr>
        <w:spacing w:after="0"/>
      </w:pPr>
    </w:p>
    <w:p>
      <w:pPr>
        <w:pStyle w:val="Heading1"/>
      </w:pPr>
      <w:r>
        <w:t>2. Ребёнок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Фамилия, имя, отчество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____________________________________________</w:t>
            </w:r>
          </w:p>
        </w:tc>
      </w:tr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Дата рождения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«____» ____________ ______ г.</w:t>
            </w:r>
          </w:p>
        </w:tc>
      </w:tr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Город / регион проживания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____________________________________________</w:t>
            </w:r>
          </w:p>
        </w:tc>
      </w:tr>
    </w:tbl>
    <w:p>
      <w:pPr>
        <w:spacing w:after="0"/>
      </w:pPr>
    </w:p>
    <w:p>
      <w:pPr>
        <w:pStyle w:val="Heading1"/>
      </w:pPr>
      <w:r>
        <w:t>3. Какая помощь нужна</w:t>
      </w:r>
    </w:p>
    <w:p>
      <w:pPr>
        <w:spacing w:after="40"/>
      </w:pPr>
      <w:r>
        <w:t>Прошу рассмотреть возможность оказания помощи ребёнку:</w:t>
      </w:r>
    </w:p>
    <w:p>
      <w:pPr>
        <w:ind w:left="72" w:firstLine="0"/>
      </w:pPr>
      <w:r>
        <w:rPr>
          <w:rFonts w:ascii="Arial" w:hAnsi="Arial" w:eastAsia="Arial"/>
          <w:b w:val="0"/>
          <w:i w:val="0"/>
          <w:color w:val="2E3430"/>
          <w:sz w:val="20"/>
        </w:rPr>
        <w:t>☐  лечение / медицинская помощь;</w:t>
      </w:r>
    </w:p>
    <w:p>
      <w:pPr>
        <w:ind w:left="72" w:firstLine="0"/>
      </w:pPr>
      <w:r>
        <w:rPr>
          <w:rFonts w:ascii="Arial" w:hAnsi="Arial" w:eastAsia="Arial"/>
          <w:b w:val="0"/>
          <w:i w:val="0"/>
          <w:color w:val="2E3430"/>
          <w:sz w:val="20"/>
        </w:rPr>
        <w:t>☐  реабилитация;</w:t>
      </w:r>
    </w:p>
    <w:p>
      <w:pPr>
        <w:ind w:left="72" w:firstLine="0"/>
      </w:pPr>
      <w:r>
        <w:rPr>
          <w:rFonts w:ascii="Arial" w:hAnsi="Arial" w:eastAsia="Arial"/>
          <w:b w:val="0"/>
          <w:i w:val="0"/>
          <w:color w:val="2E3430"/>
          <w:sz w:val="20"/>
        </w:rPr>
        <w:t>☐  лабораторная, генетическая или иная медицинская диагностика;</w:t>
      </w:r>
    </w:p>
    <w:p>
      <w:pPr>
        <w:ind w:left="72" w:firstLine="0"/>
      </w:pPr>
      <w:r>
        <w:rPr>
          <w:rFonts w:ascii="Arial" w:hAnsi="Arial" w:eastAsia="Arial"/>
          <w:b w:val="0"/>
          <w:i w:val="0"/>
          <w:color w:val="2E3430"/>
          <w:sz w:val="20"/>
        </w:rPr>
        <w:t>☐  психологическая или социальная помощь;</w:t>
      </w:r>
    </w:p>
    <w:p>
      <w:pPr>
        <w:ind w:left="72" w:firstLine="0"/>
      </w:pPr>
      <w:r>
        <w:rPr>
          <w:rFonts w:ascii="Arial" w:hAnsi="Arial" w:eastAsia="Arial"/>
          <w:b w:val="0"/>
          <w:i w:val="0"/>
          <w:color w:val="2E3430"/>
          <w:sz w:val="20"/>
        </w:rPr>
        <w:t>☐  кратковременный присмотр и уход (социальная няня);</w:t>
      </w:r>
    </w:p>
    <w:p>
      <w:pPr>
        <w:ind w:left="72" w:firstLine="0"/>
      </w:pPr>
      <w:r>
        <w:rPr>
          <w:rFonts w:ascii="Arial" w:hAnsi="Arial" w:eastAsia="Arial"/>
          <w:b w:val="0"/>
          <w:i w:val="0"/>
          <w:color w:val="2E3430"/>
          <w:sz w:val="20"/>
        </w:rPr>
        <w:t>☐  иная помощь в рамках уставной деятельности Фонда: ________________________________.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Организация / специалист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____________________________________________</w:t>
            </w:r>
          </w:p>
        </w:tc>
      </w:tr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Город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____________________________________________</w:t>
            </w:r>
          </w:p>
        </w:tc>
      </w:tr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Планируемый срок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____________________________________________</w:t>
            </w:r>
          </w:p>
        </w:tc>
      </w:tr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Полная стоимость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 руб.</w:t>
            </w:r>
          </w:p>
        </w:tc>
      </w:tr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Просим Фонд оплатить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 руб.</w:t>
            </w:r>
          </w:p>
        </w:tc>
      </w:tr>
    </w:tbl>
    <w:p>
      <w:pPr>
        <w:spacing w:after="0"/>
      </w:pPr>
    </w:p>
    <w:p>
      <w:pPr>
        <w:pStyle w:val="Heading1"/>
      </w:pPr>
      <w:r>
        <w:t>4. Коротко о просьбе</w:t>
      </w:r>
    </w:p>
    <w:p>
      <w:r>
        <w:t>Напишите, что требуется ребёнку сейчас и почему. Если всё подробно изложено в медицинском заключении, достаточно 3-5 предложений.</w:t>
      </w:r>
    </w:p>
    <w:p>
      <w:pPr>
        <w:spacing w:after="40"/>
      </w:pP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</w:t>
      </w:r>
    </w:p>
    <w:p>
      <w:pPr>
        <w:pStyle w:val="Heading1"/>
      </w:pPr>
      <w:r>
        <w:t>5. Другие источники оплаты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Уже оплачено / собрано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 руб.   Источник: ______________________________</w:t>
            </w:r>
          </w:p>
        </w:tc>
      </w:tr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Обращения в другие фонды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☐ нет   ☐ да: 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1"/>
      </w:pPr>
      <w:r>
        <w:t>6. Что приложить</w:t>
      </w:r>
    </w:p>
    <w:p>
      <w:pPr>
        <w:ind w:left="72" w:firstLine="0"/>
      </w:pPr>
      <w:r>
        <w:rPr>
          <w:rFonts w:ascii="Arial" w:hAnsi="Arial" w:eastAsia="Arial"/>
          <w:b w:val="0"/>
          <w:i w:val="0"/>
          <w:color w:val="2E3430"/>
          <w:sz w:val="20"/>
        </w:rPr>
        <w:t>☐  актуальное медицинское заключение / выписку, относящуюся к просьбе;</w:t>
      </w:r>
    </w:p>
    <w:p>
      <w:pPr>
        <w:ind w:left="72" w:firstLine="0"/>
      </w:pPr>
      <w:r>
        <w:rPr>
          <w:rFonts w:ascii="Arial" w:hAnsi="Arial" w:eastAsia="Arial"/>
          <w:b w:val="0"/>
          <w:i w:val="0"/>
          <w:color w:val="2E3430"/>
          <w:sz w:val="20"/>
        </w:rPr>
        <w:t>☐  счёт, договор, коммерческое предложение или расчёт стоимости;</w:t>
      </w:r>
    </w:p>
    <w:p>
      <w:pPr>
        <w:ind w:left="72" w:firstLine="0"/>
      </w:pPr>
      <w:r>
        <w:rPr>
          <w:rFonts w:ascii="Arial" w:hAnsi="Arial" w:eastAsia="Arial"/>
          <w:b w:val="0"/>
          <w:i w:val="0"/>
          <w:color w:val="2E3430"/>
          <w:sz w:val="20"/>
        </w:rPr>
        <w:t>☐  копию свидетельства о рождении ребёнка;</w:t>
      </w:r>
    </w:p>
    <w:p>
      <w:pPr>
        <w:ind w:left="72" w:firstLine="0"/>
      </w:pPr>
      <w:r>
        <w:rPr>
          <w:rFonts w:ascii="Arial" w:hAnsi="Arial" w:eastAsia="Arial"/>
          <w:b w:val="0"/>
          <w:i w:val="0"/>
          <w:color w:val="2E3430"/>
          <w:sz w:val="20"/>
        </w:rPr>
        <w:t>☐  документ о полномочиях законного представителя - если это не следует из свидетельства о рождении;</w:t>
      </w:r>
    </w:p>
    <w:p>
      <w:pPr>
        <w:ind w:left="72" w:firstLine="0"/>
      </w:pPr>
      <w:r>
        <w:rPr>
          <w:rFonts w:ascii="Arial" w:hAnsi="Arial" w:eastAsia="Arial"/>
          <w:b w:val="0"/>
          <w:i w:val="0"/>
          <w:color w:val="2E3430"/>
          <w:sz w:val="20"/>
        </w:rPr>
        <w:t>☐  ИПРА / документ об инвалидности - только если он имеет значение для запрашиваемой помощи;</w:t>
      </w:r>
    </w:p>
    <w:p>
      <w:pPr>
        <w:ind w:left="72" w:firstLine="0"/>
      </w:pPr>
      <w:r>
        <w:rPr>
          <w:rFonts w:ascii="Arial" w:hAnsi="Arial" w:eastAsia="Arial"/>
          <w:b w:val="0"/>
          <w:i w:val="0"/>
          <w:color w:val="2E3430"/>
          <w:sz w:val="20"/>
        </w:rPr>
        <w:t>☐  отдельное согласие на обработку персональных данных;</w:t>
      </w:r>
    </w:p>
    <w:p>
      <w:pPr>
        <w:ind w:left="72" w:firstLine="0"/>
      </w:pPr>
      <w:r>
        <w:rPr>
          <w:rFonts w:ascii="Arial" w:hAnsi="Arial" w:eastAsia="Arial"/>
          <w:b w:val="0"/>
          <w:i w:val="0"/>
          <w:color w:val="2E3430"/>
          <w:sz w:val="20"/>
        </w:rPr>
        <w:t>☐  иные документы по существу обращения: _________________________________________.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1E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</w:tcBorders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B8755B"/>
                <w:sz w:val="20"/>
              </w:rPr>
              <w:t xml:space="preserve">Важно. </w:t>
            </w:r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Не присылайте лишние страницы медицинской карты, документы родственников и иные сведения, которые не нужны для рассмотрения просьбы. Согласие на публикацию истории и фото ребёнка не является частью этого заявления и оформляется отдельно.</w:t>
            </w:r>
          </w:p>
        </w:tc>
      </w:tr>
    </w:tbl>
    <w:p>
      <w:pPr>
        <w:spacing w:after="0"/>
      </w:pPr>
    </w:p>
    <w:p>
      <w:pPr>
        <w:pStyle w:val="Heading1"/>
      </w:pPr>
      <w:r>
        <w:t>7. Подтверждение заявителя</w:t>
      </w:r>
    </w:p>
    <w:p>
      <w:r>
        <w:t>Подтверждаю, что сведения и документы, которые я передаю Фонду, достоверны в известной мне части. Обязуюсь сообщить, если стоимость, сроки, состояние ребёнка или другие существенные обстоятельства изменятся до принятия решения.</w:t>
      </w:r>
    </w:p>
    <w:p>
      <w:r>
        <w:t>Понимаю, что подача заявления не гарантирует оказание помощи: решение зависит от уставных целей, благотворительных программ, имеющихся ресурсов и результатов рассмотрения документов.</w:t>
      </w:r>
    </w:p>
    <w:p>
      <w:r>
        <w:t>Отказ от публикации истории или изображения ребёнка сам по себе не препятствует рассмотрению заявления. Если для конкретной помощи потребуется публичный сбор, его формат Фонд согласует со мной отдельно.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ФИО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____________________________________________</w:t>
            </w:r>
          </w:p>
        </w:tc>
      </w:tr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Подпись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</w:t>
            </w:r>
          </w:p>
        </w:tc>
      </w:tr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Дата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«____» ____________ 20___ г.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979" w:right="1037" w:bottom="936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color w:val="68706A"/>
        <w:sz w:val="16"/>
      </w:rPr>
      <w:t xml:space="preserve">annushkafond.ru  •  info@annushkafond.ru  •  стр.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8" w:space="4" w:color="B8755B"/>
      </w:pBdr>
    </w:pPr>
    <w:r>
      <w:rPr>
        <w:rFonts w:ascii="Arial" w:hAnsi="Arial" w:eastAsia="Arial"/>
        <w:b/>
        <w:i w:val="0"/>
        <w:color w:val="667B68"/>
        <w:sz w:val="18"/>
      </w:rPr>
      <w:t>Благотворительный фонд «Аннушка»</w:t>
    </w:r>
    <w:r>
      <w:rPr>
        <w:rFonts w:ascii="Arial" w:hAnsi="Arial" w:eastAsia="Arial"/>
        <w:b w:val="0"/>
        <w:i w:val="0"/>
        <w:color w:val="68706A"/>
        <w:sz w:val="17"/>
      </w:rPr>
      <w:t xml:space="preserve">   |   Обращение за помощью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rial" w:hAnsi="Arial" w:eastAsia="Arial"/>
      <w:color w:val="2E343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667B68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B8755B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40"/>
      <w:contextualSpacing/>
    </w:pPr>
    <w:rPr>
      <w:rFonts w:asciiTheme="majorHAnsi" w:eastAsiaTheme="majorEastAsia" w:hAnsiTheme="majorHAnsi" w:cstheme="majorBidi" w:ascii="Arial" w:hAnsi="Arial" w:eastAsia="Arial"/>
      <w:b/>
      <w:color w:val="667B68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